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החלום שהוביל להקמת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לציונות ולהקמת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שתהיה ליהודים מדינה משלהם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נפטר בשנת 1904, ומדינת ישראל הוקמה ב-1948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נסע, כתב וארגן מפגשים למען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נערך בעיר באזל שבשווייץ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הרעיון המרכזי במשפט המפורסם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(האיש שחלם על מדינה ליהודים)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(ספר שכתב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(עיר שבה נערך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(שנת הקמת מדינת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(יהודים שמגיעים להתגורר בארץ)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עבד כעיתונאי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כתב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נערך הקונגרס הציוני הראשון בבאזל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נפטר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הוקמה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משפטים שמתארים דברים במדינת ישראל של היום, תוך קישור לחלום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שמבטאת הבנה שחלומות יכולים להוביל לשינוי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איש שפעל להקמת מדינה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שתהיה ליהודים מדינה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לא, הוא נפטר לפני הקמת המדינה ב-1948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לפתוח את השיעור בשאלה מה זה חלום ולמה חשוב לרדוף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קו זמן קצר של חיי הרצל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דיון קצר על חלומות אישיים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היה איש שרצה שליהודים תהיה מדינה. הוא עבד קשה בשביל החלום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שאומר שליהודים צריכה להיות מדינה משלהם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שרוצים מאוד שיקרה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אסיפה גדולה של אנשים שדנים ברעיון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שכותב כתבות לעיתון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היהודים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שכתב הרצל על הרעיון שליהודים תהיה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בשווייץ שבה נערך הקונגרס הציוני הראשון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יהודים שמגיעים להתגורר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של עתיד טוב שרוצים להגשים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עבד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הספר שכתב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החלום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הציונות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עיר נערך המפגש הגדול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ניו יורק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הרצל רצה בשביל היהודים?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שיהיה ליהודים צבא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שיהיה ליהודים 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שתהיה ליהודים מדינה משלהם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שיהיה ליהודים עיתון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זכה לראות את הקמת מדינת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פעל רבות כדי להגשים את חלום המדינה היהודית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נערך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האמין שחלומות יכולים להתגשם אם רוצים מספיק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בנימין זאב הרצל חלם שיהיה ליהודים __________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עבד כ-__________ לפני שהתמסר לציונות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הקונגרס הציוני הראשון נערך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הספר שכתב הרצל נקרא מדינת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הרצל נפטר שנים רבות לפני הקמת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שנת הקמת מדינת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עיר שבה נערך הקונגרס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האיש שחלם על מדינה ליהודים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יהודים שמגיעים להתגורר בארץ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שכתב הרצל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נערך הקונגרס הציוני הראשון בבאזל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עבד כעיתונאי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הוקמה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היית פוגש את הרצל היום, מה היית מספר לו על מדינת 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שלאנשים יהיו חלומות גדולים, כמו לחלום של הרצל?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בנימין זאב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מה חלם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הרצל ראה את הגשמת החלום שלו? הסבירו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